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האירועים בסיפור נוגה לא מוותרת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סדר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מרגישה נוגה בכל שלב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פשוטים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עוזרת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מה קרה קודם? סדרו את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נוגה ואבא בועטים בגינה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נוגה בועטת והכדור עף מעל השער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נוגה עוזרת לילד שנפל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נוגה מבקיעה 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בסיפור הם בועטים ביחד בגינה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אומר לה בואי ננסה 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בהתחלה נוגה עצובה כי הכדור לא נכנס, ובסוף היא שמחה כי היא מבקיעה 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נוגה הייתה עצובה וישבה בצד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איתן עודד אותה לנסות 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נוגה הבקיעה 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מילוי הדף, כדי לרענן את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הסידור כדאי לתת לתלמידים לגזור או לצייר את המשפטים ולסדר אותם פיזית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לחיזוק: אפשר לבקש מהתלמידים להמחיז את הסיפור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האירועים בסיפור נוגה לא מוותרת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בסיפור נוגה לא מוותרת נוגה משחקת כדורגל עם אבא. היא לא תמיד מצליחה, לפעמים היא עצובה, אבל היא לא מוותרת ובסוף היא מבקיעה גול.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עצובה  ·  גינה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משחק עם נוגה בגינה?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עושה נוגה לילד שנפל?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צוחקת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עוזרת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מתעלמת ממנו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מה קרה קודם? סדרו את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נוגה מבקיעה גול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נוגה ואבא בועטים בגינה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נוגה בועטת והכדור עף מעל השער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נוגה עוזרת לילד שנפל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נוגה משחקת כדורגל עם אבא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איתן מעודד את נוגה לנסות 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נוגה ואבא בועטים בַּ__________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נוגה יושבת בצד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אחד: איך נוגה מרגישה בהתחלת הסיפור ואיך בסוף?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קרה לנוגה אחרי שהכדור עף מעל השער?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עזר לנוגה להמשיך לנסות?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סדר האירועים בסיפור נוגה לא מוותרת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