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מרגישה נוגה בכל שלב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עוזרת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נוגה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קרה קודם?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בועטת והכדור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יושבת בצד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איתן אומר: בואי ננסה שוב!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נוגה עוזרת לילד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נוגה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הם בועטים ביחד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נוגה מנסה שוב ובסוף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אומר לה בואי ננסה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נוגה כן עוזרת לילד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הסוף השמח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נוגה עצובה כי הכדור לא נכנס, ובסוף היא שמחה כי היא מבקיעה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אם מנסים שוב, אפשר להצליח - כמו נוגה שניסתה שוב ובסוף הבקיעה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הייתה עצובה וישבה בצד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איתן עודד אותה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הבקיעה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לרענן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לתת לתלמידים לגזור או לצייר את המשפטים ולסדר אותם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לחיזוק: אפשר לבקש מהתלמידים להמחיז את הסיפור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משחקת כדורגל עם אבא. היא מנסה, לפעמים לא מצליחה, אבל ממשיכה לנסות. בסוף היא כובשת 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מַבְקִיעָה 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נוגעת בכדור ככה שהוא 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מְוַתֶּרֶת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מפסיקה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מְעוֹדֵד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נותן כוח להמשיך לנסות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עֲצוּבָה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שמחה, מרגישה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שמכניסים אליו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בּוֹעֶטֶת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נוגעת בכדור ברגל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נוגה משחקת?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שגרם לנוגה להיות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עף מעל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רוצה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מעודד את 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נוגה מתנהגת עם הילד שנפל?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 מפסיקה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 מבקיעה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 הולכת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נוגה בוכה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 קרה קודם?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עוזרת לילד שנפל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יושבת בצד עצובה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ואבא בועטים בגינה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מבקיעה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אומר: בואי ננסה שוב!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בועטת והכדור עף מעל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משחקת כדורגל עם אבא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מוותרת ולא מנסה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מעודד את נוגה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לא עוזרת לילד שנפל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נוגה מבקיעה 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ואבא בועטים בַּ__________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__________ מעל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נוגה יושבת בצד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איתן אומר: בואי ננסה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נוגה עוזרת לילד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איך נוגה מרגישה בהתחלת הסיפור ואיך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לא לוותר גם כשקשה? כתבו בעזרת הדוגמה של 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לנוגה אחרי שהכדור עף מעל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לנוגה להמשיך לנסות?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הסתיים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