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האירועים בסיפור נוגה לא מוותרת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סדר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מרגישה נוגה בכל שלב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פשוטים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הכדור עף מעל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עוזרת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נוגה מבקיעה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מה קרה קודם? סדרו את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נוגה ואבא בועטים בגינה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נוגה בועטת והכדור עף מעל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נוגה יושבת בצד עצובה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איתן אומר: בואי ננסה שוב!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נוגה עוזרת לילד שנפל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נוגה מבקיעה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בסיפור הם בועטים ביחד בגינה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נוגה מנסה שוב ובסוף מבקיעה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אומר לה בואי ננסה 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נוגה כן עוזרת לילד שנפל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הסוף השמח של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נפל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בהתחלה נוגה עצובה כי הכדור לא נכנס, ובסוף היא שמחה כי היא מבקיעה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אם מנסים שוב, אפשר להצליח - כמו נוגה שניסתה שוב ובסוף הבקיעה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נוגה הייתה עצובה וישבה בצד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איתן עודד אותה לנסות 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נוגה הבקיעה 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מילוי הדף, כדי לרענן את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כדאי לתת לתלמידים לגזור או לצייר את המשפטים ולסדר אותם פיזית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לחיזוק: אפשר לבקש מהתלמידים להמחיז את הסיפור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האירועים בסיפור נוגה לא מוותרת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נוגה לא מוותרת נוגה משחקת כדורגל עם אבא. היא לא תמיד מצליחה, לפעמים היא עצובה, אבל היא לא מוותרת ובסוף היא מבקיעה גול.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משחק עם נוגה בגינה?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נוגה עצובה?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נפלה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הכדור עף מעל השער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עייפה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לא רוצה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אומר לנוגה בואי ננסה 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נוגה לילד שנפל?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צוחקת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עוזרת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מתעלמת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רצה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מסתיים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נוגה מפסיקה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נוגה מבקיעה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נוגה הולכת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נוגה בוכה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מה קרה קודם? סדרו את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עוזרת לילד שנפל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איתן אומר: בואי ננסה שוב!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מבקיעה גול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ואבא בועטים בגינה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בועטת והכדור עף מעל השער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יושבת בצד עצובה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משחקת כדורגל עם אבא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מוותרת ולא מנסה 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איתן מעודד את נוגה לנסות 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לא עוזרת לילד שנפל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נוגה מבקיעה גול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נוגה ואבא בועטים בַּ__________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הכדור __________ מעל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נוגה יושבת בצד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איתן אומר: בואי ננסה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נוגה עוזרת לילד ש__________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אחד: איך נוגה מרגישה בהתחלת הסיפור ואיך בסוף?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לא לוותר גם כשקשה? כתבו בעזרת הדוגמה של נוגה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לנוגה אחרי שהכדור עף מעל השער?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עזר לנוגה להמשיך לנסות?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הסתיים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סדר האירועים בסיפור נוגה לא מוותרת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